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95997B" w14:textId="103433B5" w:rsidR="00613516" w:rsidRDefault="00BA159B" w:rsidP="00BA159B">
      <w:pPr>
        <w:rPr>
          <w:lang w:eastAsia="ja-JP"/>
        </w:rPr>
      </w:pPr>
      <w:r>
        <w:rPr>
          <w:rFonts w:hint="eastAsia"/>
          <w:b/>
          <w:sz w:val="32"/>
          <w:lang w:eastAsia="ja-JP"/>
        </w:rPr>
        <w:t>帝京大学医学部附属病院</w:t>
      </w:r>
      <w:r>
        <w:rPr>
          <w:b/>
          <w:sz w:val="32"/>
          <w:lang w:eastAsia="ja-JP"/>
        </w:rPr>
        <w:br/>
        <w:t>診療看護師</w:t>
      </w:r>
      <w:r>
        <w:rPr>
          <w:rFonts w:hint="eastAsia"/>
          <w:b/>
          <w:sz w:val="32"/>
          <w:lang w:eastAsia="ja-JP"/>
        </w:rPr>
        <w:t>(</w:t>
      </w:r>
      <w:r>
        <w:rPr>
          <w:b/>
          <w:sz w:val="32"/>
          <w:lang w:eastAsia="ja-JP"/>
        </w:rPr>
        <w:t>NP</w:t>
      </w:r>
      <w:r>
        <w:rPr>
          <w:rFonts w:hint="eastAsia"/>
          <w:b/>
          <w:sz w:val="32"/>
          <w:lang w:eastAsia="ja-JP"/>
        </w:rPr>
        <w:t>)</w:t>
      </w:r>
      <w:r>
        <w:rPr>
          <w:b/>
          <w:sz w:val="32"/>
          <w:lang w:eastAsia="ja-JP"/>
        </w:rPr>
        <w:t xml:space="preserve"> </w:t>
      </w:r>
      <w:r w:rsidR="00000000">
        <w:rPr>
          <w:b/>
          <w:sz w:val="32"/>
          <w:lang w:eastAsia="ja-JP"/>
        </w:rPr>
        <w:t>応募書類</w:t>
      </w:r>
      <w:r>
        <w:rPr>
          <w:b/>
          <w:sz w:val="32"/>
          <w:lang w:eastAsia="ja-JP"/>
        </w:rPr>
        <w:t xml:space="preserve"> </w:t>
      </w:r>
      <w:r w:rsidR="00000000">
        <w:rPr>
          <w:b/>
          <w:sz w:val="32"/>
          <w:lang w:eastAsia="ja-JP"/>
        </w:rPr>
        <w:t>設問シート</w:t>
      </w:r>
    </w:p>
    <w:tbl>
      <w:tblPr>
        <w:tblStyle w:val="afe"/>
        <w:tblW w:w="0" w:type="auto"/>
        <w:tblLook w:val="04A0" w:firstRow="1" w:lastRow="0" w:firstColumn="1" w:lastColumn="0" w:noHBand="0" w:noVBand="1"/>
      </w:tblPr>
      <w:tblGrid>
        <w:gridCol w:w="1347"/>
        <w:gridCol w:w="3354"/>
        <w:gridCol w:w="1347"/>
        <w:gridCol w:w="3354"/>
      </w:tblGrid>
      <w:tr w:rsidR="00613516" w14:paraId="7C10B3E4" w14:textId="77777777">
        <w:tc>
          <w:tcPr>
            <w:tcW w:w="1361" w:type="dxa"/>
          </w:tcPr>
          <w:p w14:paraId="042DBC2F" w14:textId="77777777" w:rsidR="00613516" w:rsidRDefault="00000000">
            <w:proofErr w:type="spellStart"/>
            <w:r>
              <w:t>氏名</w:t>
            </w:r>
            <w:proofErr w:type="spellEnd"/>
          </w:p>
        </w:tc>
        <w:tc>
          <w:tcPr>
            <w:tcW w:w="3402" w:type="dxa"/>
          </w:tcPr>
          <w:p w14:paraId="699908E6" w14:textId="77777777" w:rsidR="00613516" w:rsidRDefault="00613516"/>
        </w:tc>
        <w:tc>
          <w:tcPr>
            <w:tcW w:w="1361" w:type="dxa"/>
          </w:tcPr>
          <w:p w14:paraId="2EF757BE" w14:textId="77777777" w:rsidR="00613516" w:rsidRDefault="00000000">
            <w:r>
              <w:t>記入日</w:t>
            </w:r>
          </w:p>
        </w:tc>
        <w:tc>
          <w:tcPr>
            <w:tcW w:w="3402" w:type="dxa"/>
          </w:tcPr>
          <w:p w14:paraId="61EDD4FC" w14:textId="77777777" w:rsidR="00613516" w:rsidRDefault="00613516"/>
        </w:tc>
      </w:tr>
      <w:tr w:rsidR="00613516" w14:paraId="2186EFC1" w14:textId="77777777">
        <w:tc>
          <w:tcPr>
            <w:tcW w:w="1361" w:type="dxa"/>
          </w:tcPr>
          <w:p w14:paraId="27D224B2" w14:textId="77777777" w:rsidR="00613516" w:rsidRDefault="00000000">
            <w:r>
              <w:t>フリガナ</w:t>
            </w:r>
          </w:p>
        </w:tc>
        <w:tc>
          <w:tcPr>
            <w:tcW w:w="3402" w:type="dxa"/>
          </w:tcPr>
          <w:p w14:paraId="43D685AC" w14:textId="77777777" w:rsidR="00613516" w:rsidRDefault="00613516"/>
        </w:tc>
        <w:tc>
          <w:tcPr>
            <w:tcW w:w="1361" w:type="dxa"/>
          </w:tcPr>
          <w:p w14:paraId="17D2FC7E" w14:textId="77777777" w:rsidR="00613516" w:rsidRDefault="00000000">
            <w:r>
              <w:t>連絡先</w:t>
            </w:r>
          </w:p>
        </w:tc>
        <w:tc>
          <w:tcPr>
            <w:tcW w:w="3402" w:type="dxa"/>
          </w:tcPr>
          <w:p w14:paraId="142D1B8F" w14:textId="77777777" w:rsidR="00613516" w:rsidRDefault="00613516"/>
        </w:tc>
      </w:tr>
    </w:tbl>
    <w:p w14:paraId="50A8786F" w14:textId="77777777" w:rsidR="00613516" w:rsidRDefault="00613516">
      <w:pPr>
        <w:spacing w:after="120"/>
      </w:pPr>
    </w:p>
    <w:p w14:paraId="245A64FE" w14:textId="77777777" w:rsidR="00BA159B" w:rsidRDefault="00000000">
      <w:pPr>
        <w:spacing w:after="120"/>
        <w:rPr>
          <w:lang w:eastAsia="ja-JP"/>
        </w:rPr>
      </w:pPr>
      <w:r>
        <w:rPr>
          <w:lang w:eastAsia="ja-JP"/>
        </w:rPr>
        <w:t>当院の診療看護師</w:t>
      </w:r>
      <w:r w:rsidR="00BA159B">
        <w:rPr>
          <w:rFonts w:hint="eastAsia"/>
          <w:lang w:eastAsia="ja-JP"/>
        </w:rPr>
        <w:t>(</w:t>
      </w:r>
      <w:r>
        <w:rPr>
          <w:lang w:eastAsia="ja-JP"/>
        </w:rPr>
        <w:t>NP</w:t>
      </w:r>
      <w:r w:rsidR="00BA159B">
        <w:rPr>
          <w:rFonts w:hint="eastAsia"/>
          <w:lang w:eastAsia="ja-JP"/>
        </w:rPr>
        <w:t>)</w:t>
      </w:r>
      <w:r>
        <w:rPr>
          <w:lang w:eastAsia="ja-JP"/>
        </w:rPr>
        <w:t>募集にご関心をお寄せいただき、ありがとうございます。</w:t>
      </w:r>
    </w:p>
    <w:p w14:paraId="6A211270" w14:textId="73627CCB" w:rsidR="00613516" w:rsidRDefault="00000000">
      <w:pPr>
        <w:spacing w:after="120"/>
        <w:rPr>
          <w:lang w:eastAsia="ja-JP"/>
        </w:rPr>
      </w:pPr>
      <w:r>
        <w:rPr>
          <w:lang w:eastAsia="ja-JP"/>
        </w:rPr>
        <w:t>以下の設問にご回答ください。「必須」の項目は必ずご記入をお願いします。</w:t>
      </w:r>
    </w:p>
    <w:p w14:paraId="11CD43E8" w14:textId="77777777" w:rsidR="00613516" w:rsidRDefault="00000000">
      <w:pPr>
        <w:spacing w:before="200" w:after="80"/>
        <w:rPr>
          <w:lang w:eastAsia="ja-JP"/>
        </w:rPr>
      </w:pPr>
      <w:r>
        <w:rPr>
          <w:b/>
          <w:sz w:val="25"/>
          <w:lang w:eastAsia="ja-JP"/>
        </w:rPr>
        <w:t>1. 志望動機</w:t>
      </w:r>
      <w:r>
        <w:rPr>
          <w:b/>
          <w:color w:val="C0392B"/>
          <w:lang w:eastAsia="ja-JP"/>
        </w:rPr>
        <w:t xml:space="preserve">　【必須】</w:t>
      </w:r>
    </w:p>
    <w:p w14:paraId="0AB2E05E" w14:textId="77777777" w:rsidR="00613516" w:rsidRDefault="00000000">
      <w:pPr>
        <w:spacing w:after="80"/>
        <w:rPr>
          <w:lang w:eastAsia="ja-JP"/>
        </w:rPr>
      </w:pPr>
      <w:r>
        <w:rPr>
          <w:lang w:eastAsia="ja-JP"/>
        </w:rPr>
        <w:t>当院を志望した理由を教えてください。（200〜400文字程度）</w:t>
      </w:r>
    </w:p>
    <w:p w14:paraId="0B563BC3" w14:textId="77777777" w:rsidR="00613516" w:rsidRDefault="00000000">
      <w:pPr>
        <w:spacing w:after="80"/>
        <w:rPr>
          <w:lang w:eastAsia="ja-JP"/>
        </w:rPr>
      </w:pPr>
      <w:r>
        <w:rPr>
          <w:color w:val="555555"/>
          <w:sz w:val="18"/>
          <w:lang w:eastAsia="ja-JP"/>
        </w:rPr>
        <w:t>※特に共感した点や、ご自身のキャリアビジョンとの合致点などを交えてご記入ください。</w:t>
      </w:r>
    </w:p>
    <w:tbl>
      <w:tblPr>
        <w:tblStyle w:val="afe"/>
        <w:tblW w:w="0" w:type="auto"/>
        <w:tblLook w:val="04A0" w:firstRow="1" w:lastRow="0" w:firstColumn="1" w:lastColumn="0" w:noHBand="0" w:noVBand="1"/>
      </w:tblPr>
      <w:tblGrid>
        <w:gridCol w:w="9402"/>
      </w:tblGrid>
      <w:tr w:rsidR="00613516" w14:paraId="4626750A" w14:textId="77777777">
        <w:trPr>
          <w:trHeight w:val="3118"/>
        </w:trPr>
        <w:tc>
          <w:tcPr>
            <w:tcW w:w="9412" w:type="dxa"/>
          </w:tcPr>
          <w:p w14:paraId="063F5181" w14:textId="77777777" w:rsidR="00613516" w:rsidRDefault="00613516">
            <w:pPr>
              <w:rPr>
                <w:lang w:eastAsia="ja-JP"/>
              </w:rPr>
            </w:pPr>
          </w:p>
        </w:tc>
      </w:tr>
    </w:tbl>
    <w:p w14:paraId="4C64DCCB" w14:textId="77777777" w:rsidR="00613516" w:rsidRDefault="00613516">
      <w:pPr>
        <w:spacing w:after="120"/>
        <w:rPr>
          <w:lang w:eastAsia="ja-JP"/>
        </w:rPr>
      </w:pPr>
    </w:p>
    <w:p w14:paraId="5477419E" w14:textId="77777777" w:rsidR="00613516" w:rsidRDefault="00000000">
      <w:pPr>
        <w:spacing w:before="200" w:after="80"/>
        <w:rPr>
          <w:lang w:eastAsia="ja-JP"/>
        </w:rPr>
      </w:pPr>
      <w:r>
        <w:rPr>
          <w:b/>
          <w:sz w:val="25"/>
          <w:lang w:eastAsia="ja-JP"/>
        </w:rPr>
        <w:t>2. 自己PR／ご自身の強み</w:t>
      </w:r>
      <w:r>
        <w:rPr>
          <w:b/>
          <w:color w:val="C0392B"/>
          <w:lang w:eastAsia="ja-JP"/>
        </w:rPr>
        <w:t xml:space="preserve">　【必須】</w:t>
      </w:r>
    </w:p>
    <w:p w14:paraId="7E1D3D7C" w14:textId="77777777" w:rsidR="00613516" w:rsidRDefault="00000000">
      <w:pPr>
        <w:spacing w:after="80"/>
      </w:pPr>
      <w:r>
        <w:rPr>
          <w:lang w:eastAsia="ja-JP"/>
        </w:rPr>
        <w:t>これまでの経験や強みと、それを入職後にどう活かせるかを教えてください。</w:t>
      </w:r>
      <w:r>
        <w:t>（200〜400文字程度）</w:t>
      </w:r>
    </w:p>
    <w:tbl>
      <w:tblPr>
        <w:tblStyle w:val="afe"/>
        <w:tblW w:w="0" w:type="auto"/>
        <w:tblLook w:val="04A0" w:firstRow="1" w:lastRow="0" w:firstColumn="1" w:lastColumn="0" w:noHBand="0" w:noVBand="1"/>
      </w:tblPr>
      <w:tblGrid>
        <w:gridCol w:w="9402"/>
      </w:tblGrid>
      <w:tr w:rsidR="00613516" w14:paraId="43AB6EFF" w14:textId="77777777">
        <w:trPr>
          <w:trHeight w:val="3118"/>
        </w:trPr>
        <w:tc>
          <w:tcPr>
            <w:tcW w:w="9412" w:type="dxa"/>
          </w:tcPr>
          <w:p w14:paraId="42CCBE40" w14:textId="77777777" w:rsidR="00613516" w:rsidRDefault="00613516"/>
        </w:tc>
      </w:tr>
    </w:tbl>
    <w:p w14:paraId="22CE0CFF" w14:textId="77777777" w:rsidR="00613516" w:rsidRDefault="00613516">
      <w:pPr>
        <w:spacing w:after="120"/>
      </w:pPr>
    </w:p>
    <w:p w14:paraId="55D55CBD" w14:textId="77777777" w:rsidR="00613516" w:rsidRDefault="00000000">
      <w:r>
        <w:br w:type="page"/>
      </w:r>
    </w:p>
    <w:p w14:paraId="2D9C78BC" w14:textId="1552E706" w:rsidR="002934E2" w:rsidRPr="002934E2" w:rsidRDefault="00000000">
      <w:pPr>
        <w:spacing w:before="200" w:after="80"/>
        <w:rPr>
          <w:rFonts w:hint="eastAsia"/>
          <w:b/>
          <w:color w:val="C0392B"/>
          <w:lang w:eastAsia="ja-JP"/>
        </w:rPr>
      </w:pPr>
      <w:r>
        <w:rPr>
          <w:b/>
          <w:sz w:val="25"/>
          <w:lang w:eastAsia="ja-JP"/>
        </w:rPr>
        <w:lastRenderedPageBreak/>
        <w:t>3. これまでの実績・担当経験</w:t>
      </w:r>
      <w:r>
        <w:rPr>
          <w:b/>
          <w:color w:val="666666"/>
          <w:lang w:eastAsia="ja-JP"/>
        </w:rPr>
        <w:t xml:space="preserve">　</w:t>
      </w:r>
      <w:r w:rsidR="00BA159B">
        <w:rPr>
          <w:b/>
          <w:color w:val="C0392B"/>
          <w:lang w:eastAsia="ja-JP"/>
        </w:rPr>
        <w:t>【必須】</w:t>
      </w:r>
      <w:r w:rsidR="002934E2">
        <w:rPr>
          <w:rFonts w:hint="eastAsia"/>
          <w:b/>
          <w:color w:val="C0392B"/>
          <w:lang w:eastAsia="ja-JP"/>
        </w:rPr>
        <w:t>※職務経歴書に記載いただいた場合は不要です。</w:t>
      </w:r>
    </w:p>
    <w:p w14:paraId="26BFEDA0" w14:textId="77777777" w:rsidR="00613516" w:rsidRDefault="00000000">
      <w:pPr>
        <w:spacing w:after="80"/>
        <w:rPr>
          <w:lang w:eastAsia="ja-JP"/>
        </w:rPr>
      </w:pPr>
      <w:r>
        <w:rPr>
          <w:lang w:eastAsia="ja-JP"/>
        </w:rPr>
        <w:t>これまでに経験された主な業務・役割や、特筆すべき実績があれば教えてください。（200文字程度）</w:t>
      </w:r>
    </w:p>
    <w:p w14:paraId="2C0BDF7A" w14:textId="77777777" w:rsidR="00613516" w:rsidRDefault="00000000">
      <w:pPr>
        <w:spacing w:after="80"/>
        <w:rPr>
          <w:lang w:eastAsia="ja-JP"/>
        </w:rPr>
      </w:pPr>
      <w:r>
        <w:rPr>
          <w:color w:val="555555"/>
          <w:sz w:val="18"/>
          <w:lang w:eastAsia="ja-JP"/>
        </w:rPr>
        <w:t>※例：特定行為の実施経験、担当した診療科・病棟、チーム医療での役割、教育・指導経験など</w:t>
      </w:r>
    </w:p>
    <w:tbl>
      <w:tblPr>
        <w:tblStyle w:val="afe"/>
        <w:tblW w:w="0" w:type="auto"/>
        <w:tblLook w:val="04A0" w:firstRow="1" w:lastRow="0" w:firstColumn="1" w:lastColumn="0" w:noHBand="0" w:noVBand="1"/>
      </w:tblPr>
      <w:tblGrid>
        <w:gridCol w:w="9402"/>
      </w:tblGrid>
      <w:tr w:rsidR="00613516" w14:paraId="4EEA817D" w14:textId="77777777">
        <w:trPr>
          <w:trHeight w:val="1984"/>
        </w:trPr>
        <w:tc>
          <w:tcPr>
            <w:tcW w:w="9412" w:type="dxa"/>
          </w:tcPr>
          <w:p w14:paraId="5E8928AE" w14:textId="77777777" w:rsidR="00613516" w:rsidRDefault="00613516">
            <w:pPr>
              <w:rPr>
                <w:lang w:eastAsia="ja-JP"/>
              </w:rPr>
            </w:pPr>
          </w:p>
        </w:tc>
      </w:tr>
    </w:tbl>
    <w:p w14:paraId="15766FEE" w14:textId="77777777" w:rsidR="00613516" w:rsidRDefault="00613516">
      <w:pPr>
        <w:spacing w:after="120"/>
        <w:rPr>
          <w:lang w:eastAsia="ja-JP"/>
        </w:rPr>
      </w:pPr>
    </w:p>
    <w:p w14:paraId="7BB0B6ED" w14:textId="77777777" w:rsidR="00613516" w:rsidRDefault="00000000">
      <w:pPr>
        <w:spacing w:before="200" w:after="80"/>
        <w:rPr>
          <w:lang w:eastAsia="ja-JP"/>
        </w:rPr>
      </w:pPr>
      <w:r>
        <w:rPr>
          <w:b/>
          <w:sz w:val="25"/>
          <w:lang w:eastAsia="ja-JP"/>
        </w:rPr>
        <w:t>4. 希望する働き方・関心のある分野</w:t>
      </w:r>
      <w:r>
        <w:rPr>
          <w:b/>
          <w:color w:val="666666"/>
          <w:lang w:eastAsia="ja-JP"/>
        </w:rPr>
        <w:t xml:space="preserve">　【任意】</w:t>
      </w:r>
    </w:p>
    <w:p w14:paraId="73035C09" w14:textId="1038F97C" w:rsidR="00613516" w:rsidRDefault="00000000" w:rsidP="00BA159B">
      <w:pPr>
        <w:spacing w:after="80"/>
        <w:rPr>
          <w:rFonts w:hint="eastAsia"/>
          <w:lang w:eastAsia="ja-JP"/>
        </w:rPr>
      </w:pPr>
      <w:r>
        <w:rPr>
          <w:lang w:eastAsia="ja-JP"/>
        </w:rPr>
        <w:t>入職後に特に関わりたい分野や、希望する働き方があれば教えてください。</w:t>
      </w:r>
    </w:p>
    <w:p w14:paraId="62EECB04" w14:textId="3014276B" w:rsidR="00613516" w:rsidRDefault="00BA159B">
      <w:pPr>
        <w:spacing w:after="80"/>
        <w:rPr>
          <w:lang w:eastAsia="ja-JP"/>
        </w:rPr>
      </w:pPr>
      <w:r>
        <w:rPr>
          <w:rFonts w:hint="eastAsia"/>
          <w:lang w:eastAsia="ja-JP"/>
        </w:rPr>
        <w:t>またその他に</w:t>
      </w:r>
      <w:r w:rsidR="00000000">
        <w:rPr>
          <w:lang w:eastAsia="ja-JP"/>
        </w:rPr>
        <w:t>関心のある理由や具体的なご希望があれば自由にご記入ください。</w:t>
      </w:r>
    </w:p>
    <w:tbl>
      <w:tblPr>
        <w:tblStyle w:val="afe"/>
        <w:tblW w:w="0" w:type="auto"/>
        <w:tblLook w:val="04A0" w:firstRow="1" w:lastRow="0" w:firstColumn="1" w:lastColumn="0" w:noHBand="0" w:noVBand="1"/>
      </w:tblPr>
      <w:tblGrid>
        <w:gridCol w:w="9402"/>
      </w:tblGrid>
      <w:tr w:rsidR="00613516" w14:paraId="5DBC69A8" w14:textId="77777777">
        <w:trPr>
          <w:trHeight w:val="1984"/>
        </w:trPr>
        <w:tc>
          <w:tcPr>
            <w:tcW w:w="9412" w:type="dxa"/>
          </w:tcPr>
          <w:p w14:paraId="7DEF3B21" w14:textId="77777777" w:rsidR="00613516" w:rsidRDefault="00613516">
            <w:pPr>
              <w:rPr>
                <w:lang w:eastAsia="ja-JP"/>
              </w:rPr>
            </w:pPr>
          </w:p>
        </w:tc>
      </w:tr>
    </w:tbl>
    <w:p w14:paraId="202E37DC" w14:textId="77777777" w:rsidR="00613516" w:rsidRDefault="00613516">
      <w:pPr>
        <w:spacing w:after="120"/>
        <w:rPr>
          <w:lang w:eastAsia="ja-JP"/>
        </w:rPr>
      </w:pPr>
    </w:p>
    <w:p w14:paraId="2821C6FE" w14:textId="77777777" w:rsidR="00613516" w:rsidRDefault="00000000">
      <w:pPr>
        <w:spacing w:before="200" w:after="80"/>
        <w:rPr>
          <w:lang w:eastAsia="ja-JP"/>
        </w:rPr>
      </w:pPr>
      <w:r>
        <w:rPr>
          <w:b/>
          <w:sz w:val="25"/>
          <w:lang w:eastAsia="ja-JP"/>
        </w:rPr>
        <w:t>5. 補足</w:t>
      </w:r>
      <w:r>
        <w:rPr>
          <w:b/>
          <w:color w:val="666666"/>
          <w:lang w:eastAsia="ja-JP"/>
        </w:rPr>
        <w:t xml:space="preserve">　【任意】</w:t>
      </w:r>
    </w:p>
    <w:p w14:paraId="32DBD079" w14:textId="77777777" w:rsidR="00613516" w:rsidRDefault="00000000">
      <w:pPr>
        <w:spacing w:after="80"/>
        <w:rPr>
          <w:lang w:eastAsia="ja-JP"/>
        </w:rPr>
      </w:pPr>
      <w:r>
        <w:rPr>
          <w:lang w:eastAsia="ja-JP"/>
        </w:rPr>
        <w:t>その他、当院に伝えておきたいことや補足事項があればご記入ください。</w:t>
      </w:r>
    </w:p>
    <w:tbl>
      <w:tblPr>
        <w:tblStyle w:val="afe"/>
        <w:tblW w:w="0" w:type="auto"/>
        <w:tblLook w:val="04A0" w:firstRow="1" w:lastRow="0" w:firstColumn="1" w:lastColumn="0" w:noHBand="0" w:noVBand="1"/>
      </w:tblPr>
      <w:tblGrid>
        <w:gridCol w:w="9402"/>
      </w:tblGrid>
      <w:tr w:rsidR="00613516" w14:paraId="719373CB" w14:textId="77777777">
        <w:trPr>
          <w:trHeight w:val="1701"/>
        </w:trPr>
        <w:tc>
          <w:tcPr>
            <w:tcW w:w="9412" w:type="dxa"/>
          </w:tcPr>
          <w:p w14:paraId="35D96F66" w14:textId="77777777" w:rsidR="00613516" w:rsidRDefault="00613516">
            <w:pPr>
              <w:rPr>
                <w:lang w:eastAsia="ja-JP"/>
              </w:rPr>
            </w:pPr>
          </w:p>
        </w:tc>
      </w:tr>
    </w:tbl>
    <w:p w14:paraId="40CE277C" w14:textId="77777777" w:rsidR="00613516" w:rsidRDefault="00613516">
      <w:pPr>
        <w:spacing w:after="120"/>
        <w:rPr>
          <w:lang w:eastAsia="ja-JP"/>
        </w:rPr>
      </w:pPr>
    </w:p>
    <w:p w14:paraId="3FCD99BD" w14:textId="77777777" w:rsidR="00613516" w:rsidRDefault="00000000">
      <w:pPr>
        <w:spacing w:after="80"/>
        <w:rPr>
          <w:lang w:eastAsia="ja-JP"/>
        </w:rPr>
      </w:pPr>
      <w:r>
        <w:rPr>
          <w:color w:val="555555"/>
          <w:sz w:val="18"/>
          <w:lang w:eastAsia="ja-JP"/>
        </w:rPr>
        <w:t>※ご記入いただいた内容は、選考および配属検討の参考資料としてのみ使用いたします。</w:t>
      </w:r>
    </w:p>
    <w:sectPr w:rsidR="00613516"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21413104">
    <w:abstractNumId w:val="8"/>
  </w:num>
  <w:num w:numId="2" w16cid:durableId="32077623">
    <w:abstractNumId w:val="6"/>
  </w:num>
  <w:num w:numId="3" w16cid:durableId="606888840">
    <w:abstractNumId w:val="5"/>
  </w:num>
  <w:num w:numId="4" w16cid:durableId="603610069">
    <w:abstractNumId w:val="4"/>
  </w:num>
  <w:num w:numId="5" w16cid:durableId="1077633410">
    <w:abstractNumId w:val="7"/>
  </w:num>
  <w:num w:numId="6" w16cid:durableId="1491362784">
    <w:abstractNumId w:val="3"/>
  </w:num>
  <w:num w:numId="7" w16cid:durableId="957874213">
    <w:abstractNumId w:val="2"/>
  </w:num>
  <w:num w:numId="8" w16cid:durableId="837232379">
    <w:abstractNumId w:val="1"/>
  </w:num>
  <w:num w:numId="9" w16cid:durableId="14799594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34E2"/>
    <w:rsid w:val="0029639D"/>
    <w:rsid w:val="00326F90"/>
    <w:rsid w:val="00613516"/>
    <w:rsid w:val="00AA1D8D"/>
    <w:rsid w:val="00AA3C77"/>
    <w:rsid w:val="00B47730"/>
    <w:rsid w:val="00BA159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54B4FF1B"/>
  <w14:defaultImageDpi w14:val="300"/>
  <w15:docId w15:val="{D07F50E8-14BC-A64B-BA80-C1C868DDE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A159B"/>
    <w:rPr>
      <w:rFonts w:ascii="Yu Gothic" w:eastAsia="Yu Gothic" w:hAnsi="Yu Gothic"/>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92</Words>
  <Characters>529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創石 永谷</cp:lastModifiedBy>
  <cp:revision>3</cp:revision>
  <dcterms:created xsi:type="dcterms:W3CDTF">2026-09-25T10:29:00Z</dcterms:created>
  <dcterms:modified xsi:type="dcterms:W3CDTF">2026-09-25T10:32:00Z</dcterms:modified>
  <cp:category/>
</cp:coreProperties>
</file>